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8F6E2" w14:textId="77777777" w:rsidR="00881BAA" w:rsidRDefault="00000000">
      <w:pPr>
        <w:jc w:val="center"/>
      </w:pPr>
      <w:r>
        <w:rPr>
          <w:b/>
          <w:sz w:val="32"/>
        </w:rPr>
        <w:t>THAILAND RESIDENTIAL RENTAL AGREEMENT</w:t>
      </w:r>
      <w:r>
        <w:rPr>
          <w:b/>
          <w:sz w:val="32"/>
        </w:rPr>
        <w:br/>
      </w:r>
      <w:r>
        <w:rPr>
          <w:b/>
          <w:sz w:val="26"/>
        </w:rPr>
        <w:t>สัญญาเช่าที่อยู่อาศัยในประเทศไทย</w:t>
      </w:r>
    </w:p>
    <w:p w14:paraId="47C4065B" w14:textId="77777777" w:rsidR="00881BAA" w:rsidRDefault="00000000">
      <w:pPr>
        <w:pStyle w:val="Heading2"/>
      </w:pPr>
      <w:r>
        <w:t>1. LANDLORD / ผู้ให้เช่า</w:t>
      </w:r>
    </w:p>
    <w:p w14:paraId="4634AB1F" w14:textId="77777777" w:rsidR="00881BAA" w:rsidRDefault="00000000">
      <w:r>
        <w:t>Name / ชื่อ: ______________________________________________</w:t>
      </w:r>
    </w:p>
    <w:p w14:paraId="6D95AAD6" w14:textId="6921364B" w:rsidR="00881BAA" w:rsidRDefault="00000000">
      <w:r>
        <w:t xml:space="preserve">Address / </w:t>
      </w:r>
      <w:proofErr w:type="spellStart"/>
      <w:r>
        <w:t>ที่อยู่</w:t>
      </w:r>
      <w:proofErr w:type="spellEnd"/>
      <w:r>
        <w:t>: __________________________________________</w:t>
      </w:r>
      <w:r w:rsidR="009173A8">
        <w:t>_</w:t>
      </w:r>
      <w:r w:rsidR="009173A8">
        <w:t>___________________</w:t>
      </w:r>
    </w:p>
    <w:p w14:paraId="1A4732AC" w14:textId="7771274A" w:rsidR="009173A8" w:rsidRDefault="009173A8">
      <w:r>
        <w:t>______________________________________________________________</w:t>
      </w:r>
      <w:r>
        <w:t>___________</w:t>
      </w:r>
    </w:p>
    <w:p w14:paraId="21C7C722" w14:textId="196050BC" w:rsidR="00881BAA" w:rsidRDefault="00000000">
      <w:r>
        <w:t xml:space="preserve">Telephone </w:t>
      </w:r>
      <w:r w:rsidR="009173A8">
        <w:t xml:space="preserve">no. </w:t>
      </w:r>
      <w:r>
        <w:t xml:space="preserve">/ </w:t>
      </w:r>
      <w:proofErr w:type="spellStart"/>
      <w:r>
        <w:t>โทรศัพท์</w:t>
      </w:r>
      <w:proofErr w:type="spellEnd"/>
      <w:r>
        <w:t>: _____________________________________</w:t>
      </w:r>
    </w:p>
    <w:p w14:paraId="082F32B4" w14:textId="44A56FA8" w:rsidR="00881BAA" w:rsidRDefault="00000000">
      <w:r>
        <w:t xml:space="preserve">Email </w:t>
      </w:r>
      <w:r w:rsidR="009173A8">
        <w:t xml:space="preserve">address </w:t>
      </w:r>
      <w:r>
        <w:t xml:space="preserve">/ </w:t>
      </w:r>
      <w:proofErr w:type="spellStart"/>
      <w:r>
        <w:t>อีเมล</w:t>
      </w:r>
      <w:proofErr w:type="spellEnd"/>
      <w:r>
        <w:t>: ______________________________________________</w:t>
      </w:r>
      <w:r w:rsidR="009173A8">
        <w:t>___________</w:t>
      </w:r>
    </w:p>
    <w:p w14:paraId="15B8E495" w14:textId="77777777" w:rsidR="00881BAA" w:rsidRDefault="00000000">
      <w:r>
        <w:t>ID/Passport/Company No. / เลขบัตรประชาชน/หนังสือเดินทาง/เลขทะเบียนบริษัท: __________________________</w:t>
      </w:r>
    </w:p>
    <w:p w14:paraId="7125DCA7" w14:textId="77777777" w:rsidR="00881BAA" w:rsidRDefault="00000000">
      <w:pPr>
        <w:pStyle w:val="Heading2"/>
      </w:pPr>
      <w:r>
        <w:t>2. TENANT / ผู้เช่า</w:t>
      </w:r>
    </w:p>
    <w:p w14:paraId="548ED92B" w14:textId="77777777" w:rsidR="00881BAA" w:rsidRDefault="00000000">
      <w:r>
        <w:t>Name / ชื่อ: ______________________________________________</w:t>
      </w:r>
    </w:p>
    <w:p w14:paraId="072E330C" w14:textId="2BE759D7" w:rsidR="00881BAA" w:rsidRDefault="00000000">
      <w:r>
        <w:t xml:space="preserve">Address / </w:t>
      </w:r>
      <w:proofErr w:type="spellStart"/>
      <w:r>
        <w:t>ที่อยู่</w:t>
      </w:r>
      <w:proofErr w:type="spellEnd"/>
      <w:r>
        <w:t>: __________________________________________</w:t>
      </w:r>
      <w:r w:rsidR="009173A8">
        <w:t>____________________</w:t>
      </w:r>
    </w:p>
    <w:p w14:paraId="4104BEBA" w14:textId="44E1A817" w:rsidR="009173A8" w:rsidRDefault="009173A8">
      <w:r>
        <w:t>_________________________________________________________________________</w:t>
      </w:r>
    </w:p>
    <w:p w14:paraId="12690078" w14:textId="58506C5C" w:rsidR="00881BAA" w:rsidRDefault="00000000">
      <w:r>
        <w:t xml:space="preserve">Telephone </w:t>
      </w:r>
      <w:r w:rsidR="0021626E">
        <w:t xml:space="preserve">no. </w:t>
      </w:r>
      <w:r>
        <w:t xml:space="preserve">/ </w:t>
      </w:r>
      <w:proofErr w:type="spellStart"/>
      <w:r>
        <w:t>โทรศัพท์</w:t>
      </w:r>
      <w:proofErr w:type="spellEnd"/>
      <w:r>
        <w:t>: ______________________________________</w:t>
      </w:r>
    </w:p>
    <w:p w14:paraId="6143BC68" w14:textId="5A0817CA" w:rsidR="00881BAA" w:rsidRDefault="00000000">
      <w:r>
        <w:t xml:space="preserve">Email </w:t>
      </w:r>
      <w:r w:rsidR="0021626E">
        <w:t xml:space="preserve">address </w:t>
      </w:r>
      <w:r>
        <w:t xml:space="preserve">/ </w:t>
      </w:r>
      <w:proofErr w:type="spellStart"/>
      <w:r>
        <w:t>อีเมล</w:t>
      </w:r>
      <w:proofErr w:type="spellEnd"/>
      <w:r>
        <w:t>: ______________________________________________</w:t>
      </w:r>
      <w:r w:rsidR="0021626E">
        <w:t>___________</w:t>
      </w:r>
    </w:p>
    <w:p w14:paraId="7E9FC030" w14:textId="77777777" w:rsidR="00881BAA" w:rsidRDefault="00000000">
      <w:r>
        <w:t>ID/Passport No. / เลขบัตรประชาชน/หนังสือเดินทาง: __________________________</w:t>
      </w:r>
    </w:p>
    <w:p w14:paraId="519CEC8B" w14:textId="77777777" w:rsidR="00881BAA" w:rsidRDefault="00000000">
      <w:pPr>
        <w:pStyle w:val="Heading2"/>
      </w:pPr>
      <w:r>
        <w:t>3. RENTAL PROPERTY / ทรัพย์สินที่เช่า</w:t>
      </w:r>
    </w:p>
    <w:p w14:paraId="0C2B7B1F" w14:textId="583B6D2B" w:rsidR="00881BAA" w:rsidRDefault="00000000">
      <w:r>
        <w:t xml:space="preserve">Property address / </w:t>
      </w:r>
      <w:proofErr w:type="spellStart"/>
      <w:r>
        <w:t>ที่อยู่ทรัพย์สิน</w:t>
      </w:r>
      <w:proofErr w:type="spellEnd"/>
      <w:r>
        <w:t>: _________________________________________________</w:t>
      </w:r>
      <w:r w:rsidR="0021626E">
        <w:t>_</w:t>
      </w:r>
    </w:p>
    <w:p w14:paraId="46A97CF2" w14:textId="7E075F31" w:rsidR="0021626E" w:rsidRDefault="0021626E">
      <w:r>
        <w:t>_________________________________________________________________________</w:t>
      </w:r>
    </w:p>
    <w:p w14:paraId="7B1F19F1" w14:textId="77777777" w:rsidR="00881BAA" w:rsidRDefault="00000000">
      <w:r>
        <w:t>Unit/House No. / เลขที่ห้อง/บ้าน: __________________</w:t>
      </w:r>
    </w:p>
    <w:p w14:paraId="73332FE7" w14:textId="77777777" w:rsidR="00881BAA" w:rsidRDefault="00000000">
      <w:r>
        <w:t>Building/Project / อาคาร/โครงการ: ______________________________</w:t>
      </w:r>
    </w:p>
    <w:p w14:paraId="0DC1ACC7" w14:textId="77777777" w:rsidR="00881BAA" w:rsidRDefault="00000000">
      <w:r>
        <w:t>Floor / ชั้น: __________  Area / พื้นที่: __________ sq. m.</w:t>
      </w:r>
    </w:p>
    <w:p w14:paraId="5A0E0B82" w14:textId="77777777" w:rsidR="00881BAA" w:rsidRDefault="00000000">
      <w:r>
        <w:t>The property shall be used as a private residence unless otherwise agreed in writing. / ผู้เช่าจะใช้ทรัพย์สินเป็นที่พักอาศัยส่วนบุคคล เว้นแต่คู่สัญญาจะตกลงเป็นลายลักษณ์อักษรเป็นอย่างอื่น.</w:t>
      </w:r>
    </w:p>
    <w:p w14:paraId="3B4E140B" w14:textId="77777777" w:rsidR="0021626E" w:rsidRDefault="0021626E">
      <w:pPr>
        <w:pStyle w:val="Heading2"/>
      </w:pPr>
    </w:p>
    <w:p w14:paraId="67DC636C" w14:textId="7BDBD382" w:rsidR="00881BAA" w:rsidRDefault="00000000">
      <w:pPr>
        <w:pStyle w:val="Heading2"/>
      </w:pPr>
      <w:r>
        <w:t>4. TERM OF THE TENANCY / ระยะเวลาการเช่า</w:t>
      </w:r>
    </w:p>
    <w:p w14:paraId="0CDF2757" w14:textId="77777777" w:rsidR="00881BAA" w:rsidRDefault="00000000">
      <w:r>
        <w:t>Start date / วันเริ่มต้น: __________________</w:t>
      </w:r>
    </w:p>
    <w:p w14:paraId="67F4E6CE" w14:textId="3D63C08A" w:rsidR="00881BAA" w:rsidRDefault="00000000">
      <w:r>
        <w:t xml:space="preserve">End date / </w:t>
      </w:r>
      <w:proofErr w:type="spellStart"/>
      <w:r>
        <w:t>วันสิ้นสุด</w:t>
      </w:r>
      <w:proofErr w:type="spellEnd"/>
      <w:r>
        <w:t>: __________________</w:t>
      </w:r>
      <w:r w:rsidR="0021626E">
        <w:t>_</w:t>
      </w:r>
    </w:p>
    <w:p w14:paraId="39476180" w14:textId="77777777" w:rsidR="00881BAA" w:rsidRDefault="00000000">
      <w:r>
        <w:t>Any renewal must be agreed in writing. / การต่ออายุสัญญาต้องได้รับความตกลงเป็นลายลักษณ์อักษร.</w:t>
      </w:r>
    </w:p>
    <w:p w14:paraId="02743E3A" w14:textId="77777777" w:rsidR="00881BAA" w:rsidRDefault="00000000">
      <w:pPr>
        <w:pStyle w:val="Heading2"/>
      </w:pPr>
      <w:r>
        <w:t>5. RENT / ค่าเช่า</w:t>
      </w:r>
    </w:p>
    <w:p w14:paraId="4083D890" w14:textId="77777777" w:rsidR="00881BAA" w:rsidRDefault="00000000">
      <w:r>
        <w:t>Monthly rent / ค่าเช่ารายเดือน: THB __________________</w:t>
      </w:r>
    </w:p>
    <w:p w14:paraId="1D17ED93" w14:textId="77777777" w:rsidR="00881BAA" w:rsidRDefault="00000000">
      <w:r>
        <w:t>Due date each month / วันครบกำหนดชำระ: __________________</w:t>
      </w:r>
    </w:p>
    <w:p w14:paraId="3A01E20A" w14:textId="77777777" w:rsidR="00881BAA" w:rsidRDefault="00000000">
      <w:r>
        <w:t>Payment method / วิธีชำระเงิน: ______________________________</w:t>
      </w:r>
    </w:p>
    <w:p w14:paraId="754977F7" w14:textId="247FE68D" w:rsidR="00881BAA" w:rsidRDefault="00000000">
      <w:r>
        <w:t>Bank/account details if applicable / รายละเอียดบัญชีธนาคาร (</w:t>
      </w:r>
      <w:proofErr w:type="spellStart"/>
      <w:r>
        <w:t>ถ้ามี</w:t>
      </w:r>
      <w:proofErr w:type="spellEnd"/>
      <w:r>
        <w:t>): ______________________________</w:t>
      </w:r>
      <w:r w:rsidR="0021626E">
        <w:t>___________________________________________</w:t>
      </w:r>
    </w:p>
    <w:p w14:paraId="4ABF82BA" w14:textId="4BE6A0F3" w:rsidR="009173A8" w:rsidRDefault="009173A8">
      <w:r>
        <w:rPr>
          <w:rFonts w:asciiTheme="majorHAnsi" w:eastAsiaTheme="majorEastAsia" w:hAnsiTheme="majorHAnsi" w:cstheme="majorBidi"/>
          <w:b/>
          <w:bCs/>
          <w:color w:val="4F81BD" w:themeColor="accent1"/>
          <w:sz w:val="26"/>
          <w:szCs w:val="26"/>
        </w:rPr>
        <w:t xml:space="preserve">5.1 </w:t>
      </w:r>
      <w:r w:rsidRPr="009173A8">
        <w:rPr>
          <w:rFonts w:asciiTheme="majorHAnsi" w:eastAsiaTheme="majorEastAsia" w:hAnsiTheme="majorHAnsi" w:cstheme="majorBidi"/>
          <w:b/>
          <w:bCs/>
          <w:color w:val="4F81BD" w:themeColor="accent1"/>
          <w:sz w:val="26"/>
          <w:szCs w:val="26"/>
        </w:rPr>
        <w:t xml:space="preserve">Late Payment / </w:t>
      </w:r>
      <w:r w:rsidRPr="009173A8">
        <w:rPr>
          <w:rFonts w:asciiTheme="majorHAnsi" w:eastAsiaTheme="majorEastAsia" w:hAnsiTheme="majorHAnsi" w:cstheme="majorBidi"/>
          <w:b/>
          <w:bCs/>
          <w:color w:val="4F81BD" w:themeColor="accent1"/>
          <w:sz w:val="26"/>
          <w:szCs w:val="26"/>
          <w:cs/>
          <w:lang w:bidi="th-TH"/>
        </w:rPr>
        <w:t>การชำระค่าเช่าล่าช้า:</w:t>
      </w:r>
      <w:r w:rsidRPr="009173A8">
        <w:t xml:space="preserve"> </w:t>
      </w:r>
    </w:p>
    <w:p w14:paraId="3DFC3BF1" w14:textId="51F852E7" w:rsidR="009173A8" w:rsidRDefault="009173A8">
      <w:r w:rsidRPr="009173A8">
        <w:t>If the rent is not paid by the due date, the landlord may grant a grace period of [3 / 5] days. If payment remains unpaid after the grace period, the tenant agrees to pay a late fee of THB</w:t>
      </w:r>
      <w:r>
        <w:t> </w:t>
      </w:r>
      <w:r>
        <w:t>__________________</w:t>
      </w:r>
      <w:r w:rsidRPr="009173A8">
        <w:t xml:space="preserve"> per day from the due date until the full amount is paid. / </w:t>
      </w:r>
      <w:r w:rsidRPr="009173A8">
        <w:rPr>
          <w:cs/>
          <w:lang w:bidi="th-TH"/>
        </w:rPr>
        <w:t xml:space="preserve">หากผู้เช่าไม่ชำระค่าเช่าภายในกำหนด ผู้ให้เช่าอาจให้เวลาผ่อนผัน </w:t>
      </w:r>
      <w:r w:rsidR="0021626E" w:rsidRPr="009173A8">
        <w:t>[</w:t>
      </w:r>
      <w:r w:rsidRPr="009173A8">
        <w:t xml:space="preserve">3 / 5] </w:t>
      </w:r>
      <w:r w:rsidRPr="009173A8">
        <w:rPr>
          <w:cs/>
          <w:lang w:bidi="th-TH"/>
        </w:rPr>
        <w:t xml:space="preserve">วัน หากพ้นกำหนดดังกล่าวแล้วยังไม่ชำระ ผู้เช่าตกลงชำระค่าปรับล่าช้าในอัตราวันละ [ระบุจำนวน] </w:t>
      </w:r>
      <w:r>
        <w:t>__________________</w:t>
      </w:r>
      <w:r>
        <w:t xml:space="preserve"> </w:t>
      </w:r>
      <w:r w:rsidRPr="009173A8">
        <w:rPr>
          <w:cs/>
          <w:lang w:bidi="th-TH"/>
        </w:rPr>
        <w:t>บาท ต่อวันนับแต่วันครบกำหนดจนกว่าจะชำระครบถ้วน</w:t>
      </w:r>
    </w:p>
    <w:p w14:paraId="1E8C32DF" w14:textId="77777777" w:rsidR="00881BAA" w:rsidRDefault="00000000">
      <w:pPr>
        <w:pStyle w:val="Heading2"/>
      </w:pPr>
      <w:r>
        <w:t>6. SECURITY DEPOSIT / เงินประกัน</w:t>
      </w:r>
    </w:p>
    <w:p w14:paraId="03885D79" w14:textId="77777777" w:rsidR="00881BAA" w:rsidRDefault="00000000">
      <w:r>
        <w:t>Security deposit / เงินประกัน: THB __________________</w:t>
      </w:r>
    </w:p>
    <w:p w14:paraId="217690DF" w14:textId="77777777" w:rsidR="00881BAA" w:rsidRDefault="00000000">
      <w:r>
        <w:t>Advance rent, if any / ค่าเช่าล่วงหน้า (ถ้ามี): THB __________________</w:t>
      </w:r>
    </w:p>
    <w:p w14:paraId="5789DFAE" w14:textId="4EE5705D" w:rsidR="009173A8" w:rsidRDefault="009173A8">
      <w:pPr>
        <w:pStyle w:val="Heading2"/>
        <w:rPr>
          <w:rFonts w:ascii="Arial" w:eastAsiaTheme="minorEastAsia" w:hAnsi="Arial" w:cs="Cordia New"/>
          <w:b w:val="0"/>
          <w:bCs w:val="0"/>
          <w:color w:val="auto"/>
          <w:sz w:val="21"/>
          <w:szCs w:val="22"/>
          <w:lang w:bidi="th-TH"/>
        </w:rPr>
      </w:pPr>
      <w:r w:rsidRPr="009173A8">
        <w:rPr>
          <w:rFonts w:ascii="Arial" w:eastAsiaTheme="minorEastAsia" w:hAnsi="Arial" w:cstheme="minorBidi"/>
          <w:b w:val="0"/>
          <w:bCs w:val="0"/>
          <w:color w:val="auto"/>
          <w:sz w:val="21"/>
          <w:szCs w:val="22"/>
        </w:rPr>
        <w:t xml:space="preserve">The deposit shall be refunded to the tenant within [14 / 30] days after the tenancy ends, the property is returned in good condition, and final utility bills are settled, subject to applicable law. / </w:t>
      </w:r>
      <w:r w:rsidRPr="009173A8">
        <w:rPr>
          <w:rFonts w:ascii="Arial" w:eastAsiaTheme="minorEastAsia" w:hAnsi="Arial" w:cs="Cordia New" w:hint="cs"/>
          <w:b w:val="0"/>
          <w:bCs w:val="0"/>
          <w:color w:val="auto"/>
          <w:sz w:val="21"/>
          <w:szCs w:val="22"/>
          <w:cs/>
          <w:lang w:bidi="th-TH"/>
        </w:rPr>
        <w:t>เงินประกันจะถูกคืนให้แก่ผู้เช่าภายใน</w:t>
      </w:r>
      <w:r w:rsidRPr="009173A8">
        <w:rPr>
          <w:rFonts w:ascii="Arial" w:eastAsiaTheme="minorEastAsia" w:hAnsi="Arial" w:cs="Cordia New"/>
          <w:b w:val="0"/>
          <w:bCs w:val="0"/>
          <w:color w:val="auto"/>
          <w:sz w:val="21"/>
          <w:szCs w:val="22"/>
          <w:cs/>
          <w:lang w:bidi="th-TH"/>
        </w:rPr>
        <w:t xml:space="preserve"> </w:t>
      </w:r>
      <w:r w:rsidR="0021626E" w:rsidRPr="009173A8">
        <w:rPr>
          <w:rFonts w:ascii="Arial" w:eastAsiaTheme="minorEastAsia" w:hAnsi="Arial" w:cstheme="minorBidi"/>
          <w:b w:val="0"/>
          <w:bCs w:val="0"/>
          <w:color w:val="auto"/>
          <w:sz w:val="21"/>
          <w:szCs w:val="22"/>
        </w:rPr>
        <w:t>[</w:t>
      </w:r>
      <w:r w:rsidRPr="009173A8">
        <w:rPr>
          <w:rFonts w:ascii="Arial" w:eastAsiaTheme="minorEastAsia" w:hAnsi="Arial" w:cstheme="minorBidi"/>
          <w:b w:val="0"/>
          <w:bCs w:val="0"/>
          <w:color w:val="auto"/>
          <w:sz w:val="21"/>
          <w:szCs w:val="22"/>
        </w:rPr>
        <w:t xml:space="preserve">14 / 30] </w:t>
      </w:r>
      <w:r w:rsidRPr="009173A8">
        <w:rPr>
          <w:rFonts w:ascii="Arial" w:eastAsiaTheme="minorEastAsia" w:hAnsi="Arial" w:cs="Cordia New" w:hint="cs"/>
          <w:b w:val="0"/>
          <w:bCs w:val="0"/>
          <w:color w:val="auto"/>
          <w:sz w:val="21"/>
          <w:szCs w:val="22"/>
          <w:cs/>
          <w:lang w:bidi="th-TH"/>
        </w:rPr>
        <w:t>วันนับแต่วันสิ้นสุดการเช่า</w:t>
      </w:r>
      <w:r w:rsidRPr="009173A8">
        <w:rPr>
          <w:rFonts w:ascii="Arial" w:eastAsiaTheme="minorEastAsia" w:hAnsi="Arial" w:cs="Cordia New"/>
          <w:b w:val="0"/>
          <w:bCs w:val="0"/>
          <w:color w:val="auto"/>
          <w:sz w:val="21"/>
          <w:szCs w:val="22"/>
          <w:cs/>
          <w:lang w:bidi="th-TH"/>
        </w:rPr>
        <w:t xml:space="preserve"> </w:t>
      </w:r>
      <w:r w:rsidRPr="009173A8">
        <w:rPr>
          <w:rFonts w:ascii="Arial" w:eastAsiaTheme="minorEastAsia" w:hAnsi="Arial" w:cs="Cordia New" w:hint="cs"/>
          <w:b w:val="0"/>
          <w:bCs w:val="0"/>
          <w:color w:val="auto"/>
          <w:sz w:val="21"/>
          <w:szCs w:val="22"/>
          <w:cs/>
          <w:lang w:bidi="th-TH"/>
        </w:rPr>
        <w:t>ส่งมอบทรัพย์สินในสภาพเรียบร้อย</w:t>
      </w:r>
      <w:r w:rsidRPr="009173A8">
        <w:rPr>
          <w:rFonts w:ascii="Arial" w:eastAsiaTheme="minorEastAsia" w:hAnsi="Arial" w:cs="Cordia New"/>
          <w:b w:val="0"/>
          <w:bCs w:val="0"/>
          <w:color w:val="auto"/>
          <w:sz w:val="21"/>
          <w:szCs w:val="22"/>
          <w:cs/>
          <w:lang w:bidi="th-TH"/>
        </w:rPr>
        <w:t xml:space="preserve"> </w:t>
      </w:r>
      <w:r w:rsidRPr="009173A8">
        <w:rPr>
          <w:rFonts w:ascii="Arial" w:eastAsiaTheme="minorEastAsia" w:hAnsi="Arial" w:cs="Cordia New" w:hint="cs"/>
          <w:b w:val="0"/>
          <w:bCs w:val="0"/>
          <w:color w:val="auto"/>
          <w:sz w:val="21"/>
          <w:szCs w:val="22"/>
          <w:cs/>
          <w:lang w:bidi="th-TH"/>
        </w:rPr>
        <w:t>และชำระค่าสาธารณูปโภคครบถ้วน</w:t>
      </w:r>
      <w:r w:rsidRPr="009173A8">
        <w:rPr>
          <w:rFonts w:ascii="Arial" w:eastAsiaTheme="minorEastAsia" w:hAnsi="Arial" w:cs="Cordia New"/>
          <w:b w:val="0"/>
          <w:bCs w:val="0"/>
          <w:color w:val="auto"/>
          <w:sz w:val="21"/>
          <w:szCs w:val="22"/>
          <w:cs/>
          <w:lang w:bidi="th-TH"/>
        </w:rPr>
        <w:t xml:space="preserve"> </w:t>
      </w:r>
      <w:r w:rsidRPr="009173A8">
        <w:rPr>
          <w:rFonts w:ascii="Arial" w:eastAsiaTheme="minorEastAsia" w:hAnsi="Arial" w:cs="Cordia New" w:hint="cs"/>
          <w:b w:val="0"/>
          <w:bCs w:val="0"/>
          <w:color w:val="auto"/>
          <w:sz w:val="21"/>
          <w:szCs w:val="22"/>
          <w:cs/>
          <w:lang w:bidi="th-TH"/>
        </w:rPr>
        <w:t>ทั้งนี้เป็นไปตามกฎหมายที่ใช้บังคับ</w:t>
      </w:r>
      <w:r w:rsidRPr="009173A8">
        <w:rPr>
          <w:rFonts w:ascii="Arial" w:eastAsiaTheme="minorEastAsia" w:hAnsi="Arial" w:cs="Cordia New"/>
          <w:b w:val="0"/>
          <w:bCs w:val="0"/>
          <w:color w:val="auto"/>
          <w:sz w:val="21"/>
          <w:szCs w:val="22"/>
          <w:cs/>
          <w:lang w:bidi="th-TH"/>
        </w:rPr>
        <w:t>.</w:t>
      </w:r>
    </w:p>
    <w:p w14:paraId="16F706D2" w14:textId="4E4210C3" w:rsidR="00881BAA" w:rsidRDefault="00000000">
      <w:pPr>
        <w:pStyle w:val="Heading2"/>
      </w:pPr>
      <w:r>
        <w:t>7. UTILITIES AND OTHER CHARGES / ค่าสาธารณูปโภคและค่าใช้จ่ายอื่น</w:t>
      </w:r>
    </w:p>
    <w:p w14:paraId="1DCD5712" w14:textId="77777777" w:rsidR="00881BAA" w:rsidRDefault="00000000">
      <w:r>
        <w:t>Electricity / ค่าไฟฟ้า: _______________________________________</w:t>
      </w:r>
    </w:p>
    <w:p w14:paraId="69920A87" w14:textId="77777777" w:rsidR="00881BAA" w:rsidRDefault="00000000">
      <w:r>
        <w:t>Water / ค่าน้ำประปา: ________________________________________</w:t>
      </w:r>
    </w:p>
    <w:p w14:paraId="22AAD7B4" w14:textId="77777777" w:rsidR="00881BAA" w:rsidRDefault="00000000">
      <w:r>
        <w:t>Internet / ค่าอินเทอร์เน็ต: ___________________________________</w:t>
      </w:r>
    </w:p>
    <w:p w14:paraId="0F21D522" w14:textId="77777777" w:rsidR="00881BAA" w:rsidRDefault="00000000">
      <w:r>
        <w:t>Other services / บริการอื่น: __________________________________</w:t>
      </w:r>
    </w:p>
    <w:p w14:paraId="1FFA2A6F" w14:textId="77777777" w:rsidR="00881BAA" w:rsidRDefault="00000000">
      <w:r>
        <w:lastRenderedPageBreak/>
        <w:t>Condominium/common charges paid by / ค่าส่วนกลางชำระโดย: ______________________________</w:t>
      </w:r>
    </w:p>
    <w:p w14:paraId="5B3A96D3" w14:textId="77777777" w:rsidR="00881BAA" w:rsidRDefault="00000000">
      <w:pPr>
        <w:pStyle w:val="Heading2"/>
      </w:pPr>
      <w:r>
        <w:t>8. CONDITION AND INVENTORY / สภาพทรัพย์สินและรายการทรัพย์สิน</w:t>
      </w:r>
    </w:p>
    <w:p w14:paraId="71B906D3" w14:textId="77777777" w:rsidR="00881BAA" w:rsidRDefault="00000000">
      <w:r>
        <w:t>The parties should complete and sign the attached inventory and condition report. Photographs taken at handover should be retained with the tenancy records. / คู่สัญญาควรกรอกและลงนามในรายการทรัพย์สินและรายงานสภาพทรัพย์สินที่แนบมาด้วย และเก็บภาพถ่าย ณ วันส่งมอบไว้เป็นหลักฐาน.</w:t>
      </w:r>
    </w:p>
    <w:p w14:paraId="6247B540" w14:textId="77777777" w:rsidR="00881BAA" w:rsidRDefault="00000000">
      <w:pPr>
        <w:pStyle w:val="Heading2"/>
      </w:pPr>
      <w:r>
        <w:t>9. MAINTENANCE AND REPAIRS / การบำรุงรักษาและการซ่อมแซม</w:t>
      </w:r>
    </w:p>
    <w:p w14:paraId="740147F7" w14:textId="77777777" w:rsidR="00881BAA" w:rsidRDefault="00000000">
      <w:r>
        <w:t>Landlord responsibility / ความรับผิดชอบของผู้ให้เช่า: structural matters and repairs not caused by the tenant, subject to applicable law. / เรื่องโครงสร้างและการซ่อมแซมที่ไม่ได้เกิดจากผู้เช่า ทั้งนี้เป็นไปตามกฎหมายที่ใช้บังคับ</w:t>
      </w:r>
    </w:p>
    <w:p w14:paraId="7032C843" w14:textId="77777777" w:rsidR="00881BAA" w:rsidRDefault="00000000">
      <w:r>
        <w:t>Tenant responsibility / ความรับผิดชอบของผู้เช่า: reasonable care, ordinary cleaning, and damage caused by the tenant or the tenant's guests, subject to applicable law. / การดูแลรักษา ความสะอาดตามสมควร และความเสียหายที่เกิดจากผู้เช่าหรือแขกของผู้เช่า ทั้งนี้เป็นไปตามกฎหมายที่ใช้บังคับ.</w:t>
      </w:r>
    </w:p>
    <w:p w14:paraId="6739A427" w14:textId="77777777" w:rsidR="00881BAA" w:rsidRDefault="00000000">
      <w:pPr>
        <w:pStyle w:val="Heading2"/>
      </w:pPr>
      <w:r>
        <w:t>10. OCCUPANTS / ผู้พักอาศัย</w:t>
      </w:r>
    </w:p>
    <w:p w14:paraId="295B6913" w14:textId="77777777" w:rsidR="00881BAA" w:rsidRDefault="00000000">
      <w:r>
        <w:t>Approved occupants / ผู้พักอาศัยที่ได้รับอนุญาต: __________________________________________</w:t>
      </w:r>
    </w:p>
    <w:p w14:paraId="32DACFE0" w14:textId="77777777" w:rsidR="00881BAA" w:rsidRDefault="00000000">
      <w:r>
        <w:t>No additional permanent occupant may move into the property without the landlord's prior agreement where such agreement is required under this tenancy. / ห้ามให้บุคคลอื่นเข้าพักอาศัยเป็นประจำโดยไม่ได้รับความตกลงจากผู้ให้เช่าก่อนในกรณีที่สัญญานี้กำหนดให้ต้องได้รับความตกลง.</w:t>
      </w:r>
    </w:p>
    <w:p w14:paraId="0F659347" w14:textId="77777777" w:rsidR="00881BAA" w:rsidRDefault="00000000">
      <w:pPr>
        <w:pStyle w:val="Heading2"/>
      </w:pPr>
      <w:r>
        <w:t>11. SUBLETTING / การให้เช่าช่วง</w:t>
      </w:r>
    </w:p>
    <w:p w14:paraId="46CFC889" w14:textId="77777777" w:rsidR="00881BAA" w:rsidRDefault="00000000">
      <w:r>
        <w:t>The tenant shall not sublet or assign the tenancy without the landlord's prior written consent, unless otherwise permitted by applicable law or this agreement. / ผู้เช่าจะไม่ให้เช่าช่วงหรือโอนสิทธิการเช่าโดยไม่ได้รับความยินยอมเป็นลายลักษณ์อักษรจากผู้ให้เช่า เว้นแต่กฎหมายหรือสัญญานี้จะอนุญาตไว้เป็นอย่างอื่น.</w:t>
      </w:r>
    </w:p>
    <w:p w14:paraId="2C4CFD06" w14:textId="77777777" w:rsidR="00881BAA" w:rsidRDefault="00000000">
      <w:pPr>
        <w:pStyle w:val="Heading2"/>
      </w:pPr>
      <w:r>
        <w:t>12. SHORT-TERM LETTING AND ONLINE PLATFORMS / การให้เช่าระยะสั้นและแพลตฟอร์มออนไลน์</w:t>
      </w:r>
    </w:p>
    <w:p w14:paraId="20938D13" w14:textId="77777777" w:rsidR="00881BAA" w:rsidRDefault="00000000">
      <w:r>
        <w:t>The tenant shall not use the property for short-term accommodation, hotel-like accommodation, or online-platform guest stays unless expressly permitted in writing and legally permitted. / ผู้เช่าจะไม่นำทรัพย์สินไปใช้เป็นที่พักระยะสั้น ที่พักในลักษณะโรงแรม หรือให้บุคคลอื่นเข้าพักผ่านแพลตฟอร์มออนไลน์ เว้นแต่ได้รับอนุญาตเป็นลายลักษณ์อักษรและเป็นการใช้ที่กฎหมายอนุญาต.</w:t>
      </w:r>
    </w:p>
    <w:p w14:paraId="5797C6BA" w14:textId="77777777" w:rsidR="00881BAA" w:rsidRDefault="00000000">
      <w:pPr>
        <w:pStyle w:val="Heading2"/>
      </w:pPr>
      <w:r>
        <w:t>13. RULES OF THE BUILDING OR DEVELOPMENT / กฎของอาคารหรือโครงการ</w:t>
      </w:r>
    </w:p>
    <w:p w14:paraId="74AFA994" w14:textId="77777777" w:rsidR="00881BAA" w:rsidRDefault="00000000">
      <w:r>
        <w:t>The tenant agrees to comply with applicable condominium, estate, building, security, parking, noise, and common-area rules supplied to the tenant. / ผู้เช่าตกลงปฏิบัติตามกฎของนิติบุคคลอาคารชุด โครงการ อาคาร การรักษาความปลอดภัย ที่จอดรถ เสียงรบกวน และพื้นที่ส่วนกลางที่แจ้งให้ผู้เช่าทราบ.</w:t>
      </w:r>
    </w:p>
    <w:p w14:paraId="12099512" w14:textId="77777777" w:rsidR="00881BAA" w:rsidRDefault="00000000">
      <w:pPr>
        <w:pStyle w:val="Heading2"/>
      </w:pPr>
      <w:r>
        <w:lastRenderedPageBreak/>
        <w:t>14. ACCESS TO THE PROPERTY / การเข้าทรัพย์สิน</w:t>
      </w:r>
    </w:p>
    <w:p w14:paraId="14A88239" w14:textId="77777777" w:rsidR="00881BAA" w:rsidRDefault="00000000">
      <w:r>
        <w:t>The landlord may enter the property at reasonable times with reasonable prior notice for inspection, maintenance, repairs, or other legitimate purposes, except in an emergency. / ผู้ให้เช่าสามารถเข้าทรัพย์สินในเวลาที่เหมาะสมโดยแจ้งให้ทราบล่วงหน้าตามสมควรเพื่อการตรวจสอบ บำรุงรักษา ซ่อมแซม หรือเหตุอันชอบด้วยกฎหมายอื่น เว้นแต่กรณีฉุกเฉิน.</w:t>
      </w:r>
    </w:p>
    <w:p w14:paraId="1F987E67" w14:textId="77777777" w:rsidR="00881BAA" w:rsidRDefault="00000000">
      <w:pPr>
        <w:pStyle w:val="Heading2"/>
      </w:pPr>
      <w:r>
        <w:t>15. PETS / สัตว์เลี้ยง</w:t>
      </w:r>
    </w:p>
    <w:p w14:paraId="38360A03" w14:textId="77777777" w:rsidR="00881BAA" w:rsidRDefault="00000000">
      <w:r>
        <w:t>Pets permitted? / อนุญาตให้เลี้ยงสัตว์หรือไม่:  Yes / ใช่  No / ไม่ใช่</w:t>
      </w:r>
    </w:p>
    <w:p w14:paraId="0C2AF1B4" w14:textId="77777777" w:rsidR="00881BAA" w:rsidRDefault="00000000">
      <w:r>
        <w:t>Details / รายละเอียด: ______________________________________________</w:t>
      </w:r>
    </w:p>
    <w:p w14:paraId="66874D58" w14:textId="77777777" w:rsidR="00881BAA" w:rsidRDefault="00000000">
      <w:pPr>
        <w:pStyle w:val="Heading2"/>
      </w:pPr>
      <w:r>
        <w:t>16. SMOKING / การสูบบุหรี่</w:t>
      </w:r>
    </w:p>
    <w:p w14:paraId="6FAF29B1" w14:textId="77777777" w:rsidR="00881BAA" w:rsidRDefault="00000000">
      <w:r>
        <w:t>Smoking permitted? / อนุญาตให้สูบบุหรี่หรือไม่:  Yes / ใช่  No / ไม่ใช่</w:t>
      </w:r>
    </w:p>
    <w:p w14:paraId="2DDF6DC1" w14:textId="77777777" w:rsidR="00881BAA" w:rsidRDefault="00000000">
      <w:r>
        <w:t>Details / รายละเอียด: ______________________________________________</w:t>
      </w:r>
    </w:p>
    <w:p w14:paraId="6F8241BA" w14:textId="77777777" w:rsidR="00881BAA" w:rsidRDefault="00000000">
      <w:pPr>
        <w:pStyle w:val="Heading2"/>
      </w:pPr>
      <w:r>
        <w:t>17. TERMINATION / การสิ้นสุดสัญญา</w:t>
      </w:r>
    </w:p>
    <w:p w14:paraId="73207ABF" w14:textId="77777777" w:rsidR="00881BAA" w:rsidRDefault="00000000">
      <w:r>
        <w:t>The tenancy may end by expiry, mutual written agreement, or termination in accordance with this agreement and applicable law. / การเช่าสิ้นสุดเมื่อครบกำหนดสัญญา เมื่อคู่สัญญาตกลงเป็นลายลักษณ์อักษรร่วมกัน หรือเมื่อมีการบอกเลิกตามสัญญานี้และกฎหมายที่ใช้บังคับ.</w:t>
      </w:r>
    </w:p>
    <w:p w14:paraId="4011ED18" w14:textId="77777777" w:rsidR="00881BAA" w:rsidRDefault="00000000">
      <w:r>
        <w:t xml:space="preserve">Notice requirements / </w:t>
      </w:r>
      <w:proofErr w:type="spellStart"/>
      <w:r>
        <w:t>ระยะเวลาแจ้งล่วงหน้า</w:t>
      </w:r>
      <w:proofErr w:type="spellEnd"/>
      <w:r>
        <w:t>: __________________________________________</w:t>
      </w:r>
    </w:p>
    <w:p w14:paraId="60619C27" w14:textId="2D54E5BC" w:rsidR="0055752F" w:rsidRDefault="0055752F" w:rsidP="0055752F">
      <w:pPr>
        <w:pStyle w:val="Heading2"/>
        <w:rPr>
          <w:b w:val="0"/>
          <w:bCs w:val="0"/>
        </w:rPr>
      </w:pPr>
      <w:r>
        <w:t>17.</w:t>
      </w:r>
      <w:r>
        <w:t>1</w:t>
      </w:r>
      <w:r>
        <w:t xml:space="preserve"> </w:t>
      </w:r>
      <w:r w:rsidRPr="009173A8">
        <w:t xml:space="preserve">Early Termination / </w:t>
      </w:r>
      <w:r w:rsidRPr="009173A8">
        <w:rPr>
          <w:rFonts w:hint="cs"/>
          <w:cs/>
          <w:lang w:bidi="th-TH"/>
        </w:rPr>
        <w:t>การบอกเลิกสัญญาก่อนกำหนด</w:t>
      </w:r>
      <w:r w:rsidRPr="009173A8">
        <w:rPr>
          <w:cs/>
          <w:lang w:bidi="th-TH"/>
        </w:rPr>
        <w:t>:</w:t>
      </w:r>
    </w:p>
    <w:p w14:paraId="5924915A" w14:textId="093247DC" w:rsidR="009173A8" w:rsidRPr="009173A8" w:rsidRDefault="009173A8" w:rsidP="009173A8">
      <w:pPr>
        <w:rPr>
          <w:rFonts w:asciiTheme="majorHAnsi" w:eastAsiaTheme="majorEastAsia" w:hAnsiTheme="majorHAnsi" w:cstheme="majorBidi"/>
          <w:b/>
          <w:bCs/>
          <w:color w:val="4F81BD" w:themeColor="accent1"/>
          <w:sz w:val="26"/>
          <w:szCs w:val="26"/>
        </w:rPr>
      </w:pPr>
      <w:r w:rsidRPr="009173A8">
        <w:t>Either party may terminate this agreement prior to the expiration date by giving written notice to the other party at least [30 / 60] days in advance. If the tenant terminates the tenancy early without fault of the landlord, the tenant shall forfeit the security deposit</w:t>
      </w:r>
      <w:r>
        <w:t>.</w:t>
      </w:r>
      <w:r w:rsidRPr="009173A8">
        <w:t xml:space="preserve"> / </w:t>
      </w:r>
      <w:r w:rsidRPr="009173A8">
        <w:rPr>
          <w:rFonts w:hint="cs"/>
          <w:cs/>
          <w:lang w:bidi="th-TH"/>
        </w:rPr>
        <w:t>คู่สัญญาฝ่ายใดฝ่ายหนึ่งอาจบอกเลิกสัญญานี้ก่อนครบกำหนดโดยแจ้งเป็นลายลักษณ์อักษรให้อีกฝ่ายทราบล่วงหน้าอย่างน้อย</w:t>
      </w:r>
      <w:r w:rsidRPr="009173A8">
        <w:rPr>
          <w:cs/>
          <w:lang w:bidi="th-TH"/>
        </w:rPr>
        <w:t xml:space="preserve"> </w:t>
      </w:r>
      <w:r w:rsidR="0021626E" w:rsidRPr="009173A8">
        <w:t>[</w:t>
      </w:r>
      <w:r w:rsidRPr="009173A8">
        <w:t xml:space="preserve">30 / 60] </w:t>
      </w:r>
      <w:r w:rsidRPr="009173A8">
        <w:rPr>
          <w:rFonts w:hint="cs"/>
          <w:cs/>
          <w:lang w:bidi="th-TH"/>
        </w:rPr>
        <w:t>วัน</w:t>
      </w:r>
      <w:r w:rsidRPr="009173A8">
        <w:rPr>
          <w:cs/>
          <w:lang w:bidi="th-TH"/>
        </w:rPr>
        <w:t xml:space="preserve"> </w:t>
      </w:r>
      <w:r w:rsidRPr="009173A8">
        <w:rPr>
          <w:rFonts w:hint="cs"/>
          <w:cs/>
          <w:lang w:bidi="th-TH"/>
        </w:rPr>
        <w:t>หากผู้เช่าเป็นฝ่ายบอกเลิกสัญญาก่อนกำหนดโดยไม่มีความผิดของผู้ให้เช่า</w:t>
      </w:r>
      <w:r w:rsidRPr="009173A8">
        <w:rPr>
          <w:cs/>
          <w:lang w:bidi="th-TH"/>
        </w:rPr>
        <w:t xml:space="preserve"> </w:t>
      </w:r>
      <w:r w:rsidRPr="009173A8">
        <w:rPr>
          <w:rFonts w:hint="cs"/>
          <w:cs/>
          <w:lang w:bidi="th-TH"/>
        </w:rPr>
        <w:t>ผู้เช่าตกลงสละเงินประกัน</w:t>
      </w:r>
      <w:r w:rsidRPr="009173A8">
        <w:rPr>
          <w:cs/>
          <w:lang w:bidi="th-TH"/>
        </w:rPr>
        <w:t xml:space="preserve"> </w:t>
      </w:r>
    </w:p>
    <w:p w14:paraId="0AC1875E" w14:textId="77777777" w:rsidR="00881BAA" w:rsidRDefault="00000000">
      <w:pPr>
        <w:pStyle w:val="Heading2"/>
      </w:pPr>
      <w:r>
        <w:t>18. RETURN OF THE PROPERTY / การส่งคืนทรัพย์สิน</w:t>
      </w:r>
    </w:p>
    <w:p w14:paraId="3D72C5DD" w14:textId="77777777" w:rsidR="00881BAA" w:rsidRDefault="00000000">
      <w:r>
        <w:t>At move-out, the tenant shall return the property, keys, access cards, remotes, and included items, subject to ordinary wear and tear and applicable law. / เมื่อสิ้นสุดการเช่า ผู้เช่าจะส่งคืนทรัพย์สิน กุญแจ บัตรผ่าน รีโมต และทรัพย์สินที่รวมอยู่ในสัญญา โดยคำนึงถึงการเสื่อมสภาพตามการใช้งานตามปกติและ</w:t>
      </w:r>
      <w:proofErr w:type="spellStart"/>
      <w:r>
        <w:t>กฎหมายที่ใช้บังคับ</w:t>
      </w:r>
      <w:proofErr w:type="spellEnd"/>
      <w:r>
        <w:t>.</w:t>
      </w:r>
    </w:p>
    <w:p w14:paraId="19BA63FF" w14:textId="092DD45F" w:rsidR="009173A8" w:rsidRDefault="009173A8">
      <w:r>
        <w:rPr>
          <w:rFonts w:asciiTheme="majorHAnsi" w:eastAsiaTheme="majorEastAsia" w:hAnsiTheme="majorHAnsi" w:cstheme="majorBidi"/>
          <w:b/>
          <w:bCs/>
          <w:color w:val="4F81BD" w:themeColor="accent1"/>
          <w:sz w:val="26"/>
          <w:szCs w:val="26"/>
        </w:rPr>
        <w:t xml:space="preserve">19. </w:t>
      </w:r>
      <w:r w:rsidRPr="009173A8">
        <w:rPr>
          <w:rFonts w:asciiTheme="majorHAnsi" w:eastAsiaTheme="majorEastAsia" w:hAnsiTheme="majorHAnsi" w:cstheme="majorBidi"/>
          <w:b/>
          <w:bCs/>
          <w:color w:val="4F81BD" w:themeColor="accent1"/>
          <w:sz w:val="26"/>
          <w:szCs w:val="26"/>
        </w:rPr>
        <w:t xml:space="preserve">LOST KEYS AND ACCESS DEVICES </w:t>
      </w:r>
      <w:r w:rsidRPr="009173A8">
        <w:rPr>
          <w:rFonts w:asciiTheme="majorHAnsi" w:eastAsiaTheme="majorEastAsia" w:hAnsiTheme="majorHAnsi" w:cstheme="majorBidi"/>
          <w:b/>
          <w:bCs/>
          <w:color w:val="4F81BD" w:themeColor="accent1"/>
          <w:sz w:val="26"/>
          <w:szCs w:val="26"/>
        </w:rPr>
        <w:t>/</w:t>
      </w:r>
      <w:r w:rsidRPr="009173A8">
        <w:rPr>
          <w:b/>
          <w:bCs/>
        </w:rPr>
        <w:t xml:space="preserve"> </w:t>
      </w:r>
      <w:r w:rsidRPr="009173A8">
        <w:rPr>
          <w:b/>
          <w:bCs/>
          <w:cs/>
          <w:lang w:bidi="th-TH"/>
        </w:rPr>
        <w:t>กุญแจและอุปกรณ์ผ่านเข้าออกสูญหาย:</w:t>
      </w:r>
      <w:r w:rsidRPr="009173A8">
        <w:t xml:space="preserve"> In the event that keys, access cards, remotes, or parking stickers provided to the tenant are lost or damaged during the tenancy or upon move-out, the tenant shall pay the actual replacement cost or a fixed fee of THB</w:t>
      </w:r>
      <w:r>
        <w:t> </w:t>
      </w:r>
      <w:r>
        <w:t>__________________</w:t>
      </w:r>
      <w:r>
        <w:t xml:space="preserve"> </w:t>
      </w:r>
      <w:r w:rsidRPr="009173A8">
        <w:t xml:space="preserve">per item. / </w:t>
      </w:r>
      <w:r w:rsidRPr="009173A8">
        <w:rPr>
          <w:cs/>
          <w:lang w:bidi="th-TH"/>
        </w:rPr>
        <w:t>ในกรณีที่กุญแจ บัตรผ่าน รีโมต หรือสติกเกอร์จอดรถที่มอบให้ผู้เช่าเกิดสูญหายหรือเสียหายระหว่างการเช่าหรือในวันย้ายออก ผู้เช่าตกลงชำระค่าใช้จ่ายตามต้นทุนจริงหรือค่าปรับในอัตรา</w:t>
      </w:r>
      <w:r w:rsidR="0021626E">
        <w:rPr>
          <w:lang w:bidi="th-TH"/>
        </w:rPr>
        <w:t> </w:t>
      </w:r>
      <w:r w:rsidR="0021626E">
        <w:t>__________________</w:t>
      </w:r>
      <w:r w:rsidRPr="009173A8">
        <w:rPr>
          <w:cs/>
          <w:lang w:bidi="th-TH"/>
        </w:rPr>
        <w:t>บาทต่อชิ้น</w:t>
      </w:r>
    </w:p>
    <w:p w14:paraId="771D8945" w14:textId="3610B059" w:rsidR="00881BAA" w:rsidRDefault="009173A8">
      <w:pPr>
        <w:pStyle w:val="Heading2"/>
      </w:pPr>
      <w:r>
        <w:lastRenderedPageBreak/>
        <w:t>20.</w:t>
      </w:r>
      <w:r w:rsidR="00000000">
        <w:t xml:space="preserve"> FOREIGN TENANT AND IMMIGRATION MATTERS / ผู้เช่าชาวต่างชาติและเรื่องตรวจคนเข้าเมือง</w:t>
      </w:r>
    </w:p>
    <w:p w14:paraId="4328220A" w14:textId="77777777" w:rsidR="00881BAA" w:rsidRDefault="00000000">
      <w:r>
        <w:t>Where applicable, the parties shall cooperate regarding required immigration residence notifications, including TM30. The parties should confirm in writing who will handle any filing and retain the confirmation. / ในกรณีที่เกี่ยวข้อง คู่สัญญาจะให้ความร่วมมือเกี่ยวกับการแจ้งที่พักอาศัยต่อสำนักงานตรวจคนเข้าเมือง รวมถึง TM30 และควรตกลงเป็นลายลักษณ์อักษรว่าฝ่ายใดจะดำเนินการและเก็บหลักฐานการแจ้งไว้.</w:t>
      </w:r>
    </w:p>
    <w:p w14:paraId="75AEAAC7" w14:textId="6998BA59" w:rsidR="00881BAA" w:rsidRDefault="00000000">
      <w:pPr>
        <w:pStyle w:val="Heading2"/>
      </w:pPr>
      <w:r>
        <w:t>2</w:t>
      </w:r>
      <w:r w:rsidR="009173A8">
        <w:t>1</w:t>
      </w:r>
      <w:r>
        <w:t>. NOTICES AND CONTACT DETAILS / การแจ้งและข้อมูลติดต่อ</w:t>
      </w:r>
    </w:p>
    <w:p w14:paraId="7FCE18A4" w14:textId="1E53AC2C" w:rsidR="0021626E" w:rsidRDefault="00000000">
      <w:r>
        <w:t>Landlord</w:t>
      </w:r>
      <w:r w:rsidR="0021626E">
        <w:t>’s</w:t>
      </w:r>
      <w:r>
        <w:t xml:space="preserve"> notice address/email </w:t>
      </w:r>
      <w:r w:rsidR="0021626E">
        <w:t>address</w:t>
      </w:r>
      <w:r>
        <w:t>/ ที่อยู่หรืออีเมลสำหรับติดต่อผู้ให้เช่า: ______________________________</w:t>
      </w:r>
      <w:r w:rsidR="0021626E">
        <w:t>____________________________________________________________________________________________________________________</w:t>
      </w:r>
    </w:p>
    <w:p w14:paraId="02DED0B7" w14:textId="720611A2" w:rsidR="00881BAA" w:rsidRDefault="00000000">
      <w:r>
        <w:t>Tenant</w:t>
      </w:r>
      <w:r w:rsidR="0021626E">
        <w:t>’s</w:t>
      </w:r>
      <w:r>
        <w:t xml:space="preserve"> notice address/email</w:t>
      </w:r>
      <w:r w:rsidR="0021626E">
        <w:t xml:space="preserve"> address</w:t>
      </w:r>
      <w:r>
        <w:t xml:space="preserve">/ </w:t>
      </w:r>
      <w:proofErr w:type="spellStart"/>
      <w:r>
        <w:t>ที่อยู่หรืออีเมลสำหรับติดต่อผู้เช่า</w:t>
      </w:r>
      <w:proofErr w:type="spellEnd"/>
      <w:r>
        <w:t>: ______________________________</w:t>
      </w:r>
      <w:r w:rsidR="0021626E">
        <w:t>____________________________________________________________________________________________________________________</w:t>
      </w:r>
    </w:p>
    <w:p w14:paraId="38F9AD2F" w14:textId="4A3164B1" w:rsidR="00881BAA" w:rsidRDefault="00000000">
      <w:r>
        <w:t>Emergency contact / ผู้ติดต่อ</w:t>
      </w:r>
      <w:proofErr w:type="spellStart"/>
      <w:r>
        <w:t>กรณีฉุกเฉิน</w:t>
      </w:r>
      <w:proofErr w:type="spellEnd"/>
      <w:r>
        <w:t>: __________________________________________</w:t>
      </w:r>
      <w:r w:rsidR="0021626E">
        <w:t>___</w:t>
      </w:r>
    </w:p>
    <w:p w14:paraId="5D75C076" w14:textId="4B1A73CE" w:rsidR="00881BAA" w:rsidRDefault="00000000">
      <w:pPr>
        <w:pStyle w:val="Heading2"/>
      </w:pPr>
      <w:r>
        <w:t>2</w:t>
      </w:r>
      <w:r w:rsidR="009173A8">
        <w:t>2</w:t>
      </w:r>
      <w:r>
        <w:t>. GOVERNING LAW / กฎหมายที่ใช้บังคับ</w:t>
      </w:r>
    </w:p>
    <w:p w14:paraId="09655E4A" w14:textId="77777777" w:rsidR="00881BAA" w:rsidRDefault="00000000">
      <w:r>
        <w:t>This agreement shall be governed by the laws of Thailand. / สัญญานี้อยู่ภายใต้บังคับแห่งกฎหมายไทย.</w:t>
      </w:r>
    </w:p>
    <w:p w14:paraId="10DEF42F" w14:textId="4468517C" w:rsidR="00881BAA" w:rsidRDefault="00000000">
      <w:pPr>
        <w:pStyle w:val="Heading2"/>
      </w:pPr>
      <w:r>
        <w:t>2</w:t>
      </w:r>
      <w:r w:rsidR="009173A8">
        <w:t>3</w:t>
      </w:r>
      <w:r>
        <w:t>. LANGUAGE / ภาษา</w:t>
      </w:r>
    </w:p>
    <w:p w14:paraId="313E7B9F" w14:textId="4FE9561E" w:rsidR="0055752F" w:rsidRDefault="00000000">
      <w:r>
        <w:t xml:space="preserve">This agreement is prepared in English and Thai. If the parties intend one language to prevail in the event of inconsistency, state that intention here: ______________________________. / สัญญานี้จัดทำเป็นภาษาอังกฤษและภาษาไทย หากคู่สัญญาประสงค์ให้ภาษาใดมีผลเหนือกว่าในกรณีข้อความไม่ตรงกัน </w:t>
      </w:r>
      <w:proofErr w:type="spellStart"/>
      <w:r>
        <w:t>ให้ระบุไว้ที่นี่</w:t>
      </w:r>
      <w:proofErr w:type="spellEnd"/>
      <w:r w:rsidR="0055752F">
        <w:t xml:space="preserve">: </w:t>
      </w:r>
      <w:r w:rsidR="0055752F">
        <w:t>______________________________</w:t>
      </w:r>
    </w:p>
    <w:p w14:paraId="44FE4988" w14:textId="46B9BB1F" w:rsidR="00881BAA" w:rsidRDefault="00000000">
      <w:pPr>
        <w:pStyle w:val="Heading2"/>
      </w:pPr>
      <w:r>
        <w:t>2</w:t>
      </w:r>
      <w:r w:rsidR="009173A8">
        <w:t>4</w:t>
      </w:r>
      <w:r>
        <w:t>. ENTIRE AGREEMENT / ข้อตกลงทั้งหมด</w:t>
      </w:r>
    </w:p>
    <w:p w14:paraId="6A57C7BC" w14:textId="77777777" w:rsidR="00881BAA" w:rsidRDefault="00000000">
      <w:r>
        <w:t>This agreement and its attachments record the agreement between the parties concerning the tenancy. Any amendment should be made in writing and signed by the parties where required. / สัญญานี้และเอกสารแนบท้ายเป็นข้อตกลงระหว่างคู่สัญญาเกี่ยวกับการเช่า การแก้ไขเพิ่มเติมควรจัดทำเป็นลายลักษณ์อักษรและลงนาม</w:t>
      </w:r>
      <w:proofErr w:type="spellStart"/>
      <w:r>
        <w:t>โดยคู่สัญญาเมื่อจำเป็น</w:t>
      </w:r>
      <w:proofErr w:type="spellEnd"/>
      <w:r>
        <w:t>.</w:t>
      </w:r>
    </w:p>
    <w:p w14:paraId="284371DE" w14:textId="77777777" w:rsidR="009173A8" w:rsidRDefault="009173A8"/>
    <w:p w14:paraId="7BD0C03D" w14:textId="77777777" w:rsidR="0055752F" w:rsidRDefault="0055752F"/>
    <w:p w14:paraId="449675A0" w14:textId="77777777" w:rsidR="00881BAA" w:rsidRDefault="00000000">
      <w:pPr>
        <w:pStyle w:val="Heading2"/>
      </w:pPr>
      <w:r>
        <w:t>SIGNATURES / ลายมือชื่อ</w:t>
      </w:r>
    </w:p>
    <w:p w14:paraId="5B2B5E67" w14:textId="36E283D5" w:rsidR="00881BAA" w:rsidRDefault="00000000">
      <w:r>
        <w:t xml:space="preserve">Landlord / </w:t>
      </w:r>
      <w:proofErr w:type="spellStart"/>
      <w:r>
        <w:t>ผู้ให้เช่า</w:t>
      </w:r>
      <w:proofErr w:type="spellEnd"/>
      <w:r>
        <w:t>: ______________________________</w:t>
      </w:r>
      <w:r w:rsidR="0048307D">
        <w:t>__</w:t>
      </w:r>
      <w:r>
        <w:t xml:space="preserve"> Date / </w:t>
      </w:r>
      <w:proofErr w:type="spellStart"/>
      <w:r>
        <w:t>วันที่</w:t>
      </w:r>
      <w:proofErr w:type="spellEnd"/>
      <w:r>
        <w:t>: __________________</w:t>
      </w:r>
    </w:p>
    <w:p w14:paraId="29D1891C" w14:textId="77777777" w:rsidR="00881BAA" w:rsidRDefault="00000000">
      <w:r>
        <w:t>Tenant / ผู้เช่า: __________________________________   Date / วันที่: __________________</w:t>
      </w:r>
    </w:p>
    <w:p w14:paraId="6685BC07" w14:textId="77777777" w:rsidR="00881BAA" w:rsidRDefault="00000000">
      <w:r>
        <w:t>Witness 1 / พยาน 1: ______________________________   Date / วันที่: __________________</w:t>
      </w:r>
    </w:p>
    <w:p w14:paraId="338B55F9" w14:textId="77777777" w:rsidR="00881BAA" w:rsidRDefault="00000000">
      <w:r>
        <w:t>Witness 2 / พยาน 2: ______________________________   Date / วันที่: __________________</w:t>
      </w:r>
    </w:p>
    <w:p w14:paraId="036E0DD9" w14:textId="77777777" w:rsidR="00881BAA" w:rsidRDefault="00000000">
      <w:pPr>
        <w:pStyle w:val="Heading2"/>
      </w:pPr>
      <w:r>
        <w:lastRenderedPageBreak/>
        <w:t>ATTACHMENT A — INVENTORY AND CONDITION REPORT / เอกสารแนบ ก — รายการทรัพย์สินและรายงานสภาพ</w:t>
      </w:r>
    </w:p>
    <w:p w14:paraId="3015EFE3" w14:textId="77777777" w:rsidR="00881BAA" w:rsidRDefault="00000000">
      <w:r>
        <w:t>Record the principal furniture, appliances, fixtures, keys, access devices, and condition of the property at handover. / บันทึกรายการเฟอร์นิเจอร์ เครื่องใช้ไฟฟ้า อุปกรณ์ติดตั้ง กุญแจ อุปกรณ์ผ่านเข้าออก และสภาพทรัพย์สิน ณ วันส่งมอบ</w:t>
      </w:r>
    </w:p>
    <w:tbl>
      <w:tblPr>
        <w:tblStyle w:val="TableGrid"/>
        <w:tblW w:w="0" w:type="auto"/>
        <w:jc w:val="center"/>
        <w:tblLook w:val="04A0" w:firstRow="1" w:lastRow="0" w:firstColumn="1" w:lastColumn="0" w:noHBand="0" w:noVBand="1"/>
      </w:tblPr>
      <w:tblGrid>
        <w:gridCol w:w="2157"/>
        <w:gridCol w:w="2158"/>
        <w:gridCol w:w="2158"/>
        <w:gridCol w:w="2157"/>
      </w:tblGrid>
      <w:tr w:rsidR="00881BAA" w14:paraId="31FD67EC" w14:textId="77777777">
        <w:trPr>
          <w:jc w:val="center"/>
        </w:trPr>
        <w:tc>
          <w:tcPr>
            <w:tcW w:w="2160" w:type="dxa"/>
          </w:tcPr>
          <w:p w14:paraId="54A097D4" w14:textId="77777777" w:rsidR="00881BAA" w:rsidRDefault="00000000">
            <w:r>
              <w:t>Item / รายการ</w:t>
            </w:r>
          </w:p>
        </w:tc>
        <w:tc>
          <w:tcPr>
            <w:tcW w:w="2160" w:type="dxa"/>
          </w:tcPr>
          <w:p w14:paraId="2FED7AFB" w14:textId="77777777" w:rsidR="00881BAA" w:rsidRDefault="00000000">
            <w:r>
              <w:t>Quantity / จำนวน</w:t>
            </w:r>
          </w:p>
        </w:tc>
        <w:tc>
          <w:tcPr>
            <w:tcW w:w="2160" w:type="dxa"/>
          </w:tcPr>
          <w:p w14:paraId="4493B64A" w14:textId="77777777" w:rsidR="00881BAA" w:rsidRDefault="00000000">
            <w:r>
              <w:t>Condition / สภาพ</w:t>
            </w:r>
          </w:p>
        </w:tc>
        <w:tc>
          <w:tcPr>
            <w:tcW w:w="2160" w:type="dxa"/>
          </w:tcPr>
          <w:p w14:paraId="71C51D2E" w14:textId="77777777" w:rsidR="00881BAA" w:rsidRDefault="00000000">
            <w:r>
              <w:t>Notes / หมายเหตุ</w:t>
            </w:r>
          </w:p>
        </w:tc>
      </w:tr>
      <w:tr w:rsidR="00881BAA" w14:paraId="476A7D7E" w14:textId="77777777">
        <w:trPr>
          <w:jc w:val="center"/>
        </w:trPr>
        <w:tc>
          <w:tcPr>
            <w:tcW w:w="2160" w:type="dxa"/>
            <w:vAlign w:val="center"/>
          </w:tcPr>
          <w:p w14:paraId="61888619" w14:textId="77777777" w:rsidR="00881BAA" w:rsidRDefault="00000000">
            <w:r>
              <w:t xml:space="preserve"> </w:t>
            </w:r>
          </w:p>
        </w:tc>
        <w:tc>
          <w:tcPr>
            <w:tcW w:w="2160" w:type="dxa"/>
            <w:vAlign w:val="center"/>
          </w:tcPr>
          <w:p w14:paraId="4D8D6438" w14:textId="77777777" w:rsidR="00881BAA" w:rsidRDefault="00000000">
            <w:r>
              <w:t xml:space="preserve"> </w:t>
            </w:r>
          </w:p>
        </w:tc>
        <w:tc>
          <w:tcPr>
            <w:tcW w:w="2160" w:type="dxa"/>
            <w:vAlign w:val="center"/>
          </w:tcPr>
          <w:p w14:paraId="444A8AD7" w14:textId="77777777" w:rsidR="00881BAA" w:rsidRDefault="00000000">
            <w:r>
              <w:t xml:space="preserve"> </w:t>
            </w:r>
          </w:p>
        </w:tc>
        <w:tc>
          <w:tcPr>
            <w:tcW w:w="2160" w:type="dxa"/>
            <w:vAlign w:val="center"/>
          </w:tcPr>
          <w:p w14:paraId="7ABD336B" w14:textId="77777777" w:rsidR="00881BAA" w:rsidRDefault="00000000">
            <w:r>
              <w:t xml:space="preserve"> </w:t>
            </w:r>
          </w:p>
        </w:tc>
      </w:tr>
      <w:tr w:rsidR="00881BAA" w14:paraId="604B512A" w14:textId="77777777">
        <w:trPr>
          <w:jc w:val="center"/>
        </w:trPr>
        <w:tc>
          <w:tcPr>
            <w:tcW w:w="2160" w:type="dxa"/>
            <w:vAlign w:val="center"/>
          </w:tcPr>
          <w:p w14:paraId="5B5D1AB8" w14:textId="77777777" w:rsidR="00881BAA" w:rsidRDefault="00000000">
            <w:r>
              <w:t xml:space="preserve"> </w:t>
            </w:r>
          </w:p>
        </w:tc>
        <w:tc>
          <w:tcPr>
            <w:tcW w:w="2160" w:type="dxa"/>
            <w:vAlign w:val="center"/>
          </w:tcPr>
          <w:p w14:paraId="1DD6FDC8" w14:textId="77777777" w:rsidR="00881BAA" w:rsidRDefault="00000000">
            <w:r>
              <w:t xml:space="preserve"> </w:t>
            </w:r>
          </w:p>
        </w:tc>
        <w:tc>
          <w:tcPr>
            <w:tcW w:w="2160" w:type="dxa"/>
            <w:vAlign w:val="center"/>
          </w:tcPr>
          <w:p w14:paraId="5BD29B93" w14:textId="77777777" w:rsidR="00881BAA" w:rsidRDefault="00000000">
            <w:r>
              <w:t xml:space="preserve"> </w:t>
            </w:r>
          </w:p>
        </w:tc>
        <w:tc>
          <w:tcPr>
            <w:tcW w:w="2160" w:type="dxa"/>
            <w:vAlign w:val="center"/>
          </w:tcPr>
          <w:p w14:paraId="39A73FE7" w14:textId="77777777" w:rsidR="00881BAA" w:rsidRDefault="00000000">
            <w:r>
              <w:t xml:space="preserve"> </w:t>
            </w:r>
          </w:p>
        </w:tc>
      </w:tr>
      <w:tr w:rsidR="00881BAA" w14:paraId="187FFE96" w14:textId="77777777">
        <w:trPr>
          <w:jc w:val="center"/>
        </w:trPr>
        <w:tc>
          <w:tcPr>
            <w:tcW w:w="2160" w:type="dxa"/>
            <w:vAlign w:val="center"/>
          </w:tcPr>
          <w:p w14:paraId="4475A6B4" w14:textId="77777777" w:rsidR="00881BAA" w:rsidRDefault="00000000">
            <w:r>
              <w:t xml:space="preserve"> </w:t>
            </w:r>
          </w:p>
        </w:tc>
        <w:tc>
          <w:tcPr>
            <w:tcW w:w="2160" w:type="dxa"/>
            <w:vAlign w:val="center"/>
          </w:tcPr>
          <w:p w14:paraId="70891730" w14:textId="77777777" w:rsidR="00881BAA" w:rsidRDefault="00000000">
            <w:r>
              <w:t xml:space="preserve"> </w:t>
            </w:r>
          </w:p>
        </w:tc>
        <w:tc>
          <w:tcPr>
            <w:tcW w:w="2160" w:type="dxa"/>
            <w:vAlign w:val="center"/>
          </w:tcPr>
          <w:p w14:paraId="564B776F" w14:textId="77777777" w:rsidR="00881BAA" w:rsidRDefault="00000000">
            <w:r>
              <w:t xml:space="preserve"> </w:t>
            </w:r>
          </w:p>
        </w:tc>
        <w:tc>
          <w:tcPr>
            <w:tcW w:w="2160" w:type="dxa"/>
            <w:vAlign w:val="center"/>
          </w:tcPr>
          <w:p w14:paraId="2831C5DA" w14:textId="77777777" w:rsidR="00881BAA" w:rsidRDefault="00000000">
            <w:r>
              <w:t xml:space="preserve"> </w:t>
            </w:r>
          </w:p>
        </w:tc>
      </w:tr>
      <w:tr w:rsidR="00881BAA" w14:paraId="5BF2B5A6" w14:textId="77777777">
        <w:trPr>
          <w:jc w:val="center"/>
        </w:trPr>
        <w:tc>
          <w:tcPr>
            <w:tcW w:w="2160" w:type="dxa"/>
            <w:vAlign w:val="center"/>
          </w:tcPr>
          <w:p w14:paraId="0156716D" w14:textId="77777777" w:rsidR="00881BAA" w:rsidRDefault="00000000">
            <w:r>
              <w:t xml:space="preserve"> </w:t>
            </w:r>
          </w:p>
        </w:tc>
        <w:tc>
          <w:tcPr>
            <w:tcW w:w="2160" w:type="dxa"/>
            <w:vAlign w:val="center"/>
          </w:tcPr>
          <w:p w14:paraId="6C4A0729" w14:textId="77777777" w:rsidR="00881BAA" w:rsidRDefault="00000000">
            <w:r>
              <w:t xml:space="preserve"> </w:t>
            </w:r>
          </w:p>
        </w:tc>
        <w:tc>
          <w:tcPr>
            <w:tcW w:w="2160" w:type="dxa"/>
            <w:vAlign w:val="center"/>
          </w:tcPr>
          <w:p w14:paraId="6F01A24F" w14:textId="77777777" w:rsidR="00881BAA" w:rsidRDefault="00000000">
            <w:r>
              <w:t xml:space="preserve"> </w:t>
            </w:r>
          </w:p>
        </w:tc>
        <w:tc>
          <w:tcPr>
            <w:tcW w:w="2160" w:type="dxa"/>
            <w:vAlign w:val="center"/>
          </w:tcPr>
          <w:p w14:paraId="2CBCA42A" w14:textId="77777777" w:rsidR="00881BAA" w:rsidRDefault="00000000">
            <w:r>
              <w:t xml:space="preserve"> </w:t>
            </w:r>
          </w:p>
        </w:tc>
      </w:tr>
      <w:tr w:rsidR="00881BAA" w14:paraId="629DB517" w14:textId="77777777">
        <w:trPr>
          <w:jc w:val="center"/>
        </w:trPr>
        <w:tc>
          <w:tcPr>
            <w:tcW w:w="2160" w:type="dxa"/>
            <w:vAlign w:val="center"/>
          </w:tcPr>
          <w:p w14:paraId="092F8BB5" w14:textId="77777777" w:rsidR="00881BAA" w:rsidRDefault="00000000">
            <w:r>
              <w:t xml:space="preserve"> </w:t>
            </w:r>
          </w:p>
        </w:tc>
        <w:tc>
          <w:tcPr>
            <w:tcW w:w="2160" w:type="dxa"/>
            <w:vAlign w:val="center"/>
          </w:tcPr>
          <w:p w14:paraId="000F4F89" w14:textId="77777777" w:rsidR="00881BAA" w:rsidRDefault="00000000">
            <w:r>
              <w:t xml:space="preserve"> </w:t>
            </w:r>
          </w:p>
        </w:tc>
        <w:tc>
          <w:tcPr>
            <w:tcW w:w="2160" w:type="dxa"/>
            <w:vAlign w:val="center"/>
          </w:tcPr>
          <w:p w14:paraId="666AF7C2" w14:textId="77777777" w:rsidR="00881BAA" w:rsidRDefault="00000000">
            <w:r>
              <w:t xml:space="preserve"> </w:t>
            </w:r>
          </w:p>
        </w:tc>
        <w:tc>
          <w:tcPr>
            <w:tcW w:w="2160" w:type="dxa"/>
            <w:vAlign w:val="center"/>
          </w:tcPr>
          <w:p w14:paraId="30AFC823" w14:textId="77777777" w:rsidR="00881BAA" w:rsidRDefault="00000000">
            <w:r>
              <w:t xml:space="preserve"> </w:t>
            </w:r>
          </w:p>
        </w:tc>
      </w:tr>
      <w:tr w:rsidR="00881BAA" w14:paraId="2C3583C8" w14:textId="77777777">
        <w:trPr>
          <w:jc w:val="center"/>
        </w:trPr>
        <w:tc>
          <w:tcPr>
            <w:tcW w:w="2160" w:type="dxa"/>
            <w:vAlign w:val="center"/>
          </w:tcPr>
          <w:p w14:paraId="57390D0B" w14:textId="77777777" w:rsidR="00881BAA" w:rsidRDefault="00000000">
            <w:r>
              <w:t xml:space="preserve"> </w:t>
            </w:r>
          </w:p>
        </w:tc>
        <w:tc>
          <w:tcPr>
            <w:tcW w:w="2160" w:type="dxa"/>
            <w:vAlign w:val="center"/>
          </w:tcPr>
          <w:p w14:paraId="42B64918" w14:textId="77777777" w:rsidR="00881BAA" w:rsidRDefault="00000000">
            <w:r>
              <w:t xml:space="preserve"> </w:t>
            </w:r>
          </w:p>
        </w:tc>
        <w:tc>
          <w:tcPr>
            <w:tcW w:w="2160" w:type="dxa"/>
            <w:vAlign w:val="center"/>
          </w:tcPr>
          <w:p w14:paraId="661EFF59" w14:textId="77777777" w:rsidR="00881BAA" w:rsidRDefault="00000000">
            <w:r>
              <w:t xml:space="preserve"> </w:t>
            </w:r>
          </w:p>
        </w:tc>
        <w:tc>
          <w:tcPr>
            <w:tcW w:w="2160" w:type="dxa"/>
            <w:vAlign w:val="center"/>
          </w:tcPr>
          <w:p w14:paraId="4E36ED2C" w14:textId="77777777" w:rsidR="00881BAA" w:rsidRDefault="00000000">
            <w:r>
              <w:t xml:space="preserve"> </w:t>
            </w:r>
          </w:p>
        </w:tc>
      </w:tr>
      <w:tr w:rsidR="00881BAA" w14:paraId="75BDDD23" w14:textId="77777777">
        <w:trPr>
          <w:jc w:val="center"/>
        </w:trPr>
        <w:tc>
          <w:tcPr>
            <w:tcW w:w="2160" w:type="dxa"/>
            <w:vAlign w:val="center"/>
          </w:tcPr>
          <w:p w14:paraId="1C0D5E7C" w14:textId="77777777" w:rsidR="00881BAA" w:rsidRDefault="00000000">
            <w:r>
              <w:t xml:space="preserve"> </w:t>
            </w:r>
          </w:p>
        </w:tc>
        <w:tc>
          <w:tcPr>
            <w:tcW w:w="2160" w:type="dxa"/>
            <w:vAlign w:val="center"/>
          </w:tcPr>
          <w:p w14:paraId="47EE71D2" w14:textId="77777777" w:rsidR="00881BAA" w:rsidRDefault="00000000">
            <w:r>
              <w:t xml:space="preserve"> </w:t>
            </w:r>
          </w:p>
        </w:tc>
        <w:tc>
          <w:tcPr>
            <w:tcW w:w="2160" w:type="dxa"/>
            <w:vAlign w:val="center"/>
          </w:tcPr>
          <w:p w14:paraId="219156AA" w14:textId="77777777" w:rsidR="00881BAA" w:rsidRDefault="00000000">
            <w:r>
              <w:t xml:space="preserve"> </w:t>
            </w:r>
          </w:p>
        </w:tc>
        <w:tc>
          <w:tcPr>
            <w:tcW w:w="2160" w:type="dxa"/>
            <w:vAlign w:val="center"/>
          </w:tcPr>
          <w:p w14:paraId="5FB67546" w14:textId="77777777" w:rsidR="00881BAA" w:rsidRDefault="00000000">
            <w:r>
              <w:t xml:space="preserve"> </w:t>
            </w:r>
          </w:p>
        </w:tc>
      </w:tr>
      <w:tr w:rsidR="00881BAA" w14:paraId="32192602" w14:textId="77777777">
        <w:trPr>
          <w:jc w:val="center"/>
        </w:trPr>
        <w:tc>
          <w:tcPr>
            <w:tcW w:w="2160" w:type="dxa"/>
            <w:vAlign w:val="center"/>
          </w:tcPr>
          <w:p w14:paraId="0FD97856" w14:textId="77777777" w:rsidR="00881BAA" w:rsidRDefault="00000000">
            <w:r>
              <w:t xml:space="preserve"> </w:t>
            </w:r>
          </w:p>
        </w:tc>
        <w:tc>
          <w:tcPr>
            <w:tcW w:w="2160" w:type="dxa"/>
            <w:vAlign w:val="center"/>
          </w:tcPr>
          <w:p w14:paraId="24EA2F05" w14:textId="77777777" w:rsidR="00881BAA" w:rsidRDefault="00000000">
            <w:r>
              <w:t xml:space="preserve"> </w:t>
            </w:r>
          </w:p>
        </w:tc>
        <w:tc>
          <w:tcPr>
            <w:tcW w:w="2160" w:type="dxa"/>
            <w:vAlign w:val="center"/>
          </w:tcPr>
          <w:p w14:paraId="471A9A00" w14:textId="77777777" w:rsidR="00881BAA" w:rsidRDefault="00000000">
            <w:r>
              <w:t xml:space="preserve"> </w:t>
            </w:r>
          </w:p>
        </w:tc>
        <w:tc>
          <w:tcPr>
            <w:tcW w:w="2160" w:type="dxa"/>
            <w:vAlign w:val="center"/>
          </w:tcPr>
          <w:p w14:paraId="6292BAE7" w14:textId="77777777" w:rsidR="00881BAA" w:rsidRDefault="00000000">
            <w:r>
              <w:t xml:space="preserve"> </w:t>
            </w:r>
          </w:p>
        </w:tc>
      </w:tr>
      <w:tr w:rsidR="00881BAA" w14:paraId="2428FD56" w14:textId="77777777">
        <w:trPr>
          <w:jc w:val="center"/>
        </w:trPr>
        <w:tc>
          <w:tcPr>
            <w:tcW w:w="2160" w:type="dxa"/>
            <w:vAlign w:val="center"/>
          </w:tcPr>
          <w:p w14:paraId="09D3D865" w14:textId="77777777" w:rsidR="00881BAA" w:rsidRDefault="00000000">
            <w:r>
              <w:t xml:space="preserve"> </w:t>
            </w:r>
          </w:p>
        </w:tc>
        <w:tc>
          <w:tcPr>
            <w:tcW w:w="2160" w:type="dxa"/>
            <w:vAlign w:val="center"/>
          </w:tcPr>
          <w:p w14:paraId="1F2160FA" w14:textId="77777777" w:rsidR="00881BAA" w:rsidRDefault="00000000">
            <w:r>
              <w:t xml:space="preserve"> </w:t>
            </w:r>
          </w:p>
        </w:tc>
        <w:tc>
          <w:tcPr>
            <w:tcW w:w="2160" w:type="dxa"/>
            <w:vAlign w:val="center"/>
          </w:tcPr>
          <w:p w14:paraId="5E9218D5" w14:textId="77777777" w:rsidR="00881BAA" w:rsidRDefault="00000000">
            <w:r>
              <w:t xml:space="preserve"> </w:t>
            </w:r>
          </w:p>
        </w:tc>
        <w:tc>
          <w:tcPr>
            <w:tcW w:w="2160" w:type="dxa"/>
            <w:vAlign w:val="center"/>
          </w:tcPr>
          <w:p w14:paraId="25CF7E32" w14:textId="77777777" w:rsidR="00881BAA" w:rsidRDefault="00000000">
            <w:r>
              <w:t xml:space="preserve"> </w:t>
            </w:r>
          </w:p>
        </w:tc>
      </w:tr>
      <w:tr w:rsidR="00881BAA" w14:paraId="60F984B8" w14:textId="77777777">
        <w:trPr>
          <w:jc w:val="center"/>
        </w:trPr>
        <w:tc>
          <w:tcPr>
            <w:tcW w:w="2160" w:type="dxa"/>
            <w:vAlign w:val="center"/>
          </w:tcPr>
          <w:p w14:paraId="538B966C" w14:textId="77777777" w:rsidR="00881BAA" w:rsidRDefault="00000000">
            <w:r>
              <w:t xml:space="preserve"> </w:t>
            </w:r>
          </w:p>
        </w:tc>
        <w:tc>
          <w:tcPr>
            <w:tcW w:w="2160" w:type="dxa"/>
            <w:vAlign w:val="center"/>
          </w:tcPr>
          <w:p w14:paraId="2D168055" w14:textId="77777777" w:rsidR="00881BAA" w:rsidRDefault="00000000">
            <w:r>
              <w:t xml:space="preserve"> </w:t>
            </w:r>
          </w:p>
        </w:tc>
        <w:tc>
          <w:tcPr>
            <w:tcW w:w="2160" w:type="dxa"/>
            <w:vAlign w:val="center"/>
          </w:tcPr>
          <w:p w14:paraId="53460136" w14:textId="77777777" w:rsidR="00881BAA" w:rsidRDefault="00000000">
            <w:r>
              <w:t xml:space="preserve"> </w:t>
            </w:r>
          </w:p>
        </w:tc>
        <w:tc>
          <w:tcPr>
            <w:tcW w:w="2160" w:type="dxa"/>
            <w:vAlign w:val="center"/>
          </w:tcPr>
          <w:p w14:paraId="3FA967A2" w14:textId="77777777" w:rsidR="00881BAA" w:rsidRDefault="00000000">
            <w:r>
              <w:t xml:space="preserve"> </w:t>
            </w:r>
          </w:p>
        </w:tc>
      </w:tr>
    </w:tbl>
    <w:p w14:paraId="5F658300" w14:textId="77777777" w:rsidR="00881BAA" w:rsidRDefault="00881BAA"/>
    <w:p w14:paraId="545F7004" w14:textId="77777777" w:rsidR="00881BAA" w:rsidRDefault="00000000">
      <w:r>
        <w:t>Meter readings / เลขมิเตอร์</w:t>
      </w:r>
    </w:p>
    <w:p w14:paraId="6C591B33" w14:textId="77777777" w:rsidR="00881BAA" w:rsidRDefault="00000000">
      <w:r>
        <w:t>Electricity / ไฟฟ้า: __________________    Water / น้ำประปา: __________________</w:t>
      </w:r>
    </w:p>
    <w:p w14:paraId="317553E3" w14:textId="77777777" w:rsidR="00881BAA" w:rsidRDefault="00000000">
      <w:r>
        <w:t>Date and time / วันและเวลา: __________________</w:t>
      </w:r>
    </w:p>
    <w:p w14:paraId="719F850F" w14:textId="0FC072C2" w:rsidR="009173A8" w:rsidRDefault="00000000">
      <w:r>
        <w:t xml:space="preserve">Photographs attached / แนบภาพถ่าย:  Yes / </w:t>
      </w:r>
      <w:proofErr w:type="spellStart"/>
      <w:proofErr w:type="gramStart"/>
      <w:r>
        <w:t>ใช่</w:t>
      </w:r>
      <w:proofErr w:type="spellEnd"/>
      <w:r>
        <w:t xml:space="preserve">  No</w:t>
      </w:r>
      <w:proofErr w:type="gramEnd"/>
      <w:r>
        <w:t xml:space="preserve"> / </w:t>
      </w:r>
      <w:proofErr w:type="spellStart"/>
      <w:r>
        <w:t>ไม่ใช่</w:t>
      </w:r>
      <w:proofErr w:type="spellEnd"/>
    </w:p>
    <w:p w14:paraId="3F2B421E" w14:textId="77777777" w:rsidR="0055752F" w:rsidRDefault="0055752F">
      <w:pPr>
        <w:pStyle w:val="Heading2"/>
      </w:pPr>
    </w:p>
    <w:p w14:paraId="47850D5F" w14:textId="77777777" w:rsidR="0055752F" w:rsidRDefault="0055752F">
      <w:pPr>
        <w:pStyle w:val="Heading2"/>
      </w:pPr>
    </w:p>
    <w:p w14:paraId="0CF8105F" w14:textId="77777777" w:rsidR="0055752F" w:rsidRDefault="0055752F">
      <w:pPr>
        <w:pStyle w:val="Heading2"/>
      </w:pPr>
    </w:p>
    <w:p w14:paraId="389F40D6" w14:textId="77777777" w:rsidR="0055752F" w:rsidRDefault="0055752F">
      <w:pPr>
        <w:pStyle w:val="Heading2"/>
      </w:pPr>
    </w:p>
    <w:p w14:paraId="4E226DE8" w14:textId="5087365F" w:rsidR="00881BAA" w:rsidRDefault="00000000">
      <w:pPr>
        <w:pStyle w:val="Heading2"/>
      </w:pPr>
      <w:r>
        <w:t>IMPORTANT NOTE FOR USERS OF THIS TEMPLATE / หมายเหตุสำคัญสำหรับผู้ใช้แบบฟอร์มนี้</w:t>
      </w:r>
    </w:p>
    <w:p w14:paraId="19DF4403" w14:textId="77777777" w:rsidR="00881BAA" w:rsidRDefault="00000000">
      <w:r>
        <w:t>This bilingual agreement is a practical starting point for an ordinary residential tenancy. It is not legal advice and is not a substitute for the applicable statutory or OCPB standard contract where that contract is required. Thai residential rental rules can depend on the nature and scale of the rental business, the property, the tenancy, and other circumstances. If you operate a covered residential rental business, offer short-stay accommodation, negotiate a lease longer than three years, or have a complicated ownership or tax situation, obtain appropriate professional advice and use the current official form or wording where required.</w:t>
      </w:r>
    </w:p>
    <w:sectPr w:rsidR="00881BAA"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55941129">
    <w:abstractNumId w:val="8"/>
  </w:num>
  <w:num w:numId="2" w16cid:durableId="1580335358">
    <w:abstractNumId w:val="6"/>
  </w:num>
  <w:num w:numId="3" w16cid:durableId="878200961">
    <w:abstractNumId w:val="5"/>
  </w:num>
  <w:num w:numId="4" w16cid:durableId="1896308100">
    <w:abstractNumId w:val="4"/>
  </w:num>
  <w:num w:numId="5" w16cid:durableId="1853302510">
    <w:abstractNumId w:val="7"/>
  </w:num>
  <w:num w:numId="6" w16cid:durableId="576474818">
    <w:abstractNumId w:val="3"/>
  </w:num>
  <w:num w:numId="7" w16cid:durableId="1714694129">
    <w:abstractNumId w:val="2"/>
  </w:num>
  <w:num w:numId="8" w16cid:durableId="763843600">
    <w:abstractNumId w:val="1"/>
  </w:num>
  <w:num w:numId="9" w16cid:durableId="922372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626E"/>
    <w:rsid w:val="0029639D"/>
    <w:rsid w:val="00326F90"/>
    <w:rsid w:val="0048307D"/>
    <w:rsid w:val="0055752F"/>
    <w:rsid w:val="00881BAA"/>
    <w:rsid w:val="009173A8"/>
    <w:rsid w:val="00AA1D8D"/>
    <w:rsid w:val="00B47730"/>
    <w:rsid w:val="00CB0664"/>
    <w:rsid w:val="00CF294A"/>
    <w:rsid w:val="00F678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2E7B79"/>
  <w14:defaultImageDpi w14:val="300"/>
  <w15:docId w15:val="{92E3F91A-D99D-4167-B1D8-275E91C8B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52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1839</Words>
  <Characters>10486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Craig Richards</cp:lastModifiedBy>
  <cp:revision>2</cp:revision>
  <dcterms:created xsi:type="dcterms:W3CDTF">2026-10-02T08:01:00Z</dcterms:created>
  <dcterms:modified xsi:type="dcterms:W3CDTF">2026-10-02T08:01:00Z</dcterms:modified>
  <cp:category/>
</cp:coreProperties>
</file>